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rial" w:hAnsi="Arial"/>
          <w:b/>
          <w:color w:val="1F4E78"/>
          <w:sz w:val="32"/>
        </w:rPr>
        <w:t>DOMANDA DI PARTECIPAZIONE</w:t>
      </w:r>
    </w:p>
    <w:p>
      <w:pPr>
        <w:spacing w:after="40"/>
        <w:jc w:val="center"/>
      </w:pPr>
      <w:r>
        <w:rPr>
          <w:b/>
          <w:sz w:val="22"/>
        </w:rPr>
        <w:t>Procedura comparativa pubblica per titoli</w:t>
      </w:r>
    </w:p>
    <w:p>
      <w:pPr>
        <w:spacing w:after="40"/>
        <w:jc w:val="center"/>
      </w:pPr>
      <w:r>
        <w:rPr>
          <w:b/>
          <w:sz w:val="24"/>
        </w:rPr>
        <w:t>MED/39 – Neuropsichiatria infantile</w:t>
      </w:r>
    </w:p>
    <w:p>
      <w:pPr>
        <w:spacing w:after="160"/>
        <w:jc w:val="center"/>
      </w:pPr>
      <w:r>
        <w:rPr>
          <w:sz w:val="20"/>
        </w:rPr>
        <w:t>Corso Accademico di Secondo Livello in “Teorie e Tecniche in Musicoterapia” (DCSL72)</w:t>
        <w:br/>
        <w:t>Anni accademici 2026/2027 e 2027/2028</w:t>
      </w:r>
    </w:p>
    <w:p>
      <w:pPr>
        <w:jc w:val="right"/>
      </w:pPr>
      <w:r>
        <w:rPr>
          <w:b/>
        </w:rPr>
        <w:t>Al Direttore del Conservatorio Statale di Musica</w:t>
        <w:br/>
        <w:t>“Domenico Cimarosa” di Avellino</w:t>
      </w:r>
    </w:p>
    <w:p>
      <w:pPr>
        <w:jc w:val="both"/>
      </w:pPr>
      <w:r>
        <w:t>Il/La sottoscritto/a chiede di essere ammesso/a alla procedura comparativa indicata in oggetto e, ai sensi degli articoli 46 e 47 del D.P.R. 28 dicembre 2000, n. 445, consapevole delle responsabilità penali previste dall’articolo 76 del medesimo decreto in caso di dichiarazioni mendaci, dichiara quanto segue.</w:t>
      </w:r>
    </w:p>
    <w:p>
      <w:pPr>
        <w:pStyle w:val="Heading1"/>
      </w:pPr>
      <w:r>
        <w:t>1. DATI ANAGRAFICI E RECAPITI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Cognome e nome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Luogo e data di nascita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Codice fiscale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Cittadinanza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Residenza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Domicilio, se diverso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Telefono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E-mail ordinaria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PEC (domicilio digitale)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Documento di identità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Tipo / n. / autorità rilasciante / data di rilascio / scadenza</w:t>
            </w:r>
          </w:p>
        </w:tc>
      </w:tr>
    </w:tbl>
    <w:p>
      <w:pPr>
        <w:spacing w:after="0"/>
      </w:pPr>
    </w:p>
    <w:p>
      <w:pPr>
        <w:pStyle w:val="Heading1"/>
      </w:pPr>
      <w:r>
        <w:t>2. DOMANDA DI AMMISSIONE</w:t>
      </w:r>
    </w:p>
    <w:p>
      <w:pPr>
        <w:jc w:val="center"/>
      </w:pPr>
      <w:r>
        <w:rPr>
          <w:b/>
        </w:rPr>
        <w:t>CHIEDE</w:t>
      </w:r>
    </w:p>
    <w:p>
      <w:pPr>
        <w:jc w:val="both"/>
      </w:pPr>
      <w:r>
        <w:t>di partecipare alla procedura comparativa pubblica per titoli finalizzata alla formazione di una graduatoria d’Istituto per il conferimento di eventuali incarichi di docenza esterna nella disciplina MED/39 – Neuropsichiatria infantile, nell’ambito del Corso Accademico di Secondo Livello in “Teorie e Tecniche in Musicoterapia” (DCSL72), per gli anni accademici 2026/2027 e 2027/2028.</w:t>
      </w:r>
    </w:p>
    <w:p>
      <w:pPr>
        <w:pStyle w:val="Heading1"/>
      </w:pPr>
      <w:r>
        <w:t>3. DICHIARAZIONI RELATIVE AI REQUISITI GENERALI</w:t>
      </w:r>
    </w:p>
    <w:p>
      <w:pPr>
        <w:spacing w:after="60"/>
        <w:ind w:left="85"/>
      </w:pPr>
      <w:r>
        <w:rPr>
          <w:rFonts w:ascii="Arial" w:hAnsi="Arial"/>
          <w:sz w:val="19"/>
        </w:rPr>
        <w:t>☐  di godere dei diritti civili e politici;</w:t>
      </w:r>
    </w:p>
    <w:p>
      <w:pPr>
        <w:spacing w:after="60"/>
        <w:ind w:left="85"/>
      </w:pPr>
      <w:r>
        <w:rPr>
          <w:rFonts w:ascii="Arial" w:hAnsi="Arial"/>
          <w:sz w:val="19"/>
        </w:rPr>
        <w:t>☐  di non essere escluso/a dall’elettorato politico attivo;</w:t>
      </w:r>
    </w:p>
    <w:p>
      <w:pPr>
        <w:spacing w:after="60"/>
        <w:ind w:left="85"/>
      </w:pPr>
      <w:r>
        <w:rPr>
          <w:rFonts w:ascii="Arial" w:hAnsi="Arial"/>
          <w:sz w:val="19"/>
        </w:rPr>
        <w:t>☐  di non aver riportato condanne penali e di non avere procedimenti penali pendenti incompatibili con l’incarico, salvo quanto eventualmente dichiarato nello spazio seguente;</w:t>
      </w:r>
    </w:p>
    <w:p>
      <w:pPr>
        <w:spacing w:after="60"/>
        <w:ind w:left="85"/>
      </w:pPr>
      <w:r>
        <w:rPr>
          <w:rFonts w:ascii="Arial" w:hAnsi="Arial"/>
          <w:sz w:val="19"/>
        </w:rPr>
        <w:t>☐  di non essere stato/a destituito/a o dispensato/a dall’impiego presso una pubblica amministrazione e di non essere stato/a dichiarato/a decaduto/a da un impiego pubblico per le cause previste dalla normativa vigente;</w:t>
      </w:r>
    </w:p>
    <w:p>
      <w:pPr>
        <w:spacing w:after="60"/>
        <w:ind w:left="85"/>
      </w:pPr>
      <w:r>
        <w:rPr>
          <w:rFonts w:ascii="Arial" w:hAnsi="Arial"/>
          <w:sz w:val="19"/>
        </w:rPr>
        <w:t>☐  di non trovarsi in situazioni di incompatibilità, inconferibilità o conflitto di interessi rispetto all’incarico richiesto;</w:t>
      </w:r>
    </w:p>
    <w:p>
      <w:pPr>
        <w:spacing w:after="60"/>
        <w:ind w:left="85"/>
      </w:pPr>
      <w:r>
        <w:rPr>
          <w:rFonts w:ascii="Arial" w:hAnsi="Arial"/>
          <w:sz w:val="19"/>
        </w:rPr>
        <w:t>☐  di essere a conoscenza che il Conservatorio potrà effettuare controlli sulla veridicità delle dichiarazioni rese;</w:t>
      </w:r>
    </w:p>
    <w:p>
      <w:pPr>
        <w:spacing w:after="60"/>
        <w:ind w:left="85"/>
      </w:pPr>
      <w:r>
        <w:rPr>
          <w:rFonts w:ascii="Arial" w:hAnsi="Arial"/>
          <w:sz w:val="19"/>
        </w:rPr>
        <w:t>☐  di impegnarsi a comunicare tempestivamente ogni variazione dei dati e dei recapiti indicati nella domanda.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Eventuali condanne/procedimenti o altre dichiarazioni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4. TITOLI DI ACCESSO E ABILITAZIONI PROFESSIONALI</w:t>
      </w:r>
    </w:p>
    <w:p>
      <w:pPr>
        <w:spacing w:before="40" w:after="100"/>
      </w:pPr>
      <w:r>
        <w:rPr>
          <w:i/>
          <w:color w:val="666666"/>
          <w:sz w:val="17"/>
        </w:rPr>
        <w:t>Compilare in conformità ai requisiti previsti dal bando. I titoli indicati nella presente sezione possono essere richiamati anche nelle successive sezioni valutative, ove pertinenti, senza duplicazione del punteggio.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Laurea in Medicina e Chirurgia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Università / data / classe o ordinamento / voto</w:t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Abilitazione all’esercizio della professione medica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Università o autorità / sessione / data</w:t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Iscrizione all’Ordine dei Medici Chirurghi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Ordine provinciale / n. / data</w:t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Specializzazione in Neuropsichiatria Infantile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Università / data / durata / voto</w:t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Eventuale titolo equipollente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Denominazione / ente / data / norma o provvedimento di equipollenza</w:t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Titolo conseguito all’estero, se presente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Titolo / Stato / ente / data / estremi del riconoscimento o richiesta</w:t>
            </w:r>
          </w:p>
        </w:tc>
      </w:tr>
    </w:tbl>
    <w:p>
      <w:pPr>
        <w:spacing w:after="0"/>
      </w:pPr>
    </w:p>
    <w:p>
      <w:pPr>
        <w:pStyle w:val="Heading1"/>
      </w:pPr>
      <w:r>
        <w:t>5. DICHIARAZIONE ANALITICA DEI TITOLI VALUTABILI</w:t>
      </w:r>
    </w:p>
    <w:p>
      <w:pPr>
        <w:jc w:val="both"/>
      </w:pPr>
      <w:r>
        <w:t>Il/La candidato/a dichiara i titoli e le esperienze di seguito elencati, indicando tutti gli elementi necessari alla loro verifica e valutazione. Non devono essere inseriti titoli privi di attinenza con MED/39 o con gli obiettivi formativi del Corso di Musicoterapia. Ove lo spazio non sia sufficiente, è possibile allegare schede integrative numerate, sottoscritte e strutturate secondo le medesime voci.</w:t>
      </w:r>
    </w:p>
    <w:p>
      <w:pPr>
        <w:spacing w:before="40" w:after="100"/>
      </w:pPr>
      <w:r>
        <w:rPr>
          <w:i/>
          <w:color w:val="666666"/>
          <w:sz w:val="17"/>
        </w:rPr>
        <w:t>Le colonne “Rif. CV/allegato” servono a collegare la dichiarazione alla documentazione presentata. La colonna del punteggio è riservata alla Commissione.</w:t>
      </w:r>
    </w:p>
    <w:p>
      <w:pPr>
        <w:pStyle w:val="Heading1"/>
        <w:keepNext/>
      </w:pPr>
      <w:r>
        <w:t>A) TITOLI ACCADEMICI E FORMAZIONE SUPERIORE – massimo 20 punti</w:t>
      </w:r>
    </w:p>
    <w:p>
      <w:pPr>
        <w:pStyle w:val="Heading2"/>
        <w:keepNext/>
      </w:pPr>
      <w:r>
        <w:t>A.1 – Voto di laurea in Medicina e Chirurgia (fino a 5 punti)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Università / sede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Data di conseguimento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Ordinamento / classe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Voto di laurea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________ / ________   ☐ con lode</w:t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Rif. CV/allegato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Punteggio Commissione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________ / 5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A.2 – Specializzazione in Neuropsichiatria Infantile o titolo equipollente (fino a 10 punti)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Denominazione del titolo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Università / ente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Data di conseguimento e durata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Voto finale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Equipollenza, se applicabile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Norma/provvedimento ed estremi</w:t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Rif. CV/allegato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Punteggio Commissione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________ / 10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A.3 – Dottorato di ricerca pertinente (fino a 3 punti)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blHeader w:val="true"/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N.</w:t>
            </w:r>
          </w:p>
        </w:tc>
        <w:tc>
          <w:tcPr>
            <w:tcW w:type="dxa" w:w="20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Denominazione e ambito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Università/ente</w:t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Data</w:t>
            </w:r>
          </w:p>
        </w:tc>
        <w:tc>
          <w:tcPr>
            <w:tcW w:type="dxa" w:w="31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Tesi/pertinenza MED/39</w:t>
            </w:r>
          </w:p>
        </w:tc>
        <w:tc>
          <w:tcPr>
            <w:tcW w:type="dxa" w:w="79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Rif.</w:t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0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31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79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0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31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79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Punteggio Commissione A.3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________ / 3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A.4 – Master, corsi di perfezionamento o alta formazione pertinenti (fino a 2 punti)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blHeader w:val="true"/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N.</w:t>
            </w:r>
          </w:p>
        </w:tc>
        <w:tc>
          <w:tcPr>
            <w:tcW w:type="dxa" w:w="192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Titolo del percorso</w:t>
            </w:r>
          </w:p>
        </w:tc>
        <w:tc>
          <w:tcPr>
            <w:tcW w:type="dxa" w:w="14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Ente</w:t>
            </w:r>
          </w:p>
        </w:tc>
        <w:tc>
          <w:tcPr>
            <w:tcW w:type="dxa" w:w="13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Periodo/data</w:t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Durata/CFU-ECM</w:t>
            </w:r>
          </w:p>
        </w:tc>
        <w:tc>
          <w:tcPr>
            <w:tcW w:type="dxa" w:w="209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Pertinenza</w:t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Rif.</w:t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92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4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3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09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92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4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3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09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92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4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3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09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92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47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3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09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Punteggio Commissione A.4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________ / 2</w:t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TOTALE SEZIONE A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________ / 20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B) ESPERIENZA CLINICA E PROFESSIONALE – massimo 25 punti</w:t>
      </w:r>
    </w:p>
    <w:p>
      <w:pPr>
        <w:pStyle w:val="Heading2"/>
        <w:keepNext/>
      </w:pPr>
      <w:r>
        <w:t>B.1 – Attività clinica specialistica in Neuropsichiatria Infantile (fino a 15 punti)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blHeader w:val="true"/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N.</w:t>
            </w:r>
          </w:p>
        </w:tc>
        <w:tc>
          <w:tcPr>
            <w:tcW w:type="dxa" w:w="17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Ente/struttura</w:t>
            </w:r>
          </w:p>
        </w:tc>
        <w:tc>
          <w:tcPr>
            <w:tcW w:type="dxa" w:w="22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Ruolo e tipologia attività</w:t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Dal–al</w:t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Impegno</w:t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Utenti/ambito clinico</w:t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Rif.</w:t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2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2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2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2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2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2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Durata complessiva dichiarata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Anni ______  Mesi ______</w:t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Punteggio Commissione B.1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________ / 15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B.2 – Attività presso strutture sanitarie pubbliche, IRCCS o strutture accreditate (fino a 5 punti)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blHeader w:val="true"/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N.</w:t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Struttura</w:t>
            </w:r>
          </w:p>
        </w:tc>
        <w:tc>
          <w:tcPr>
            <w:tcW w:type="dxa" w:w="158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Natura della struttura</w:t>
            </w:r>
          </w:p>
        </w:tc>
        <w:tc>
          <w:tcPr>
            <w:tcW w:type="dxa" w:w="215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Ruolo/attività</w:t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Periodo</w:t>
            </w:r>
          </w:p>
        </w:tc>
        <w:tc>
          <w:tcPr>
            <w:tcW w:type="dxa" w:w="187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Estremi incarico</w:t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Rif.</w:t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58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15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87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58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15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87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58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15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87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58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15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87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58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15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87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Punteggio Commissione B.2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________ / 5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B.3 – Esperienza in équipe multidisciplinari, riabilitazione e disturbi del neurosviluppo (fino a 5 punti)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blHeader w:val="true"/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N.</w:t>
            </w:r>
          </w:p>
        </w:tc>
        <w:tc>
          <w:tcPr>
            <w:tcW w:type="dxa" w:w="158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Ente/progetto</w:t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Periodo</w:t>
            </w:r>
          </w:p>
        </w:tc>
        <w:tc>
          <w:tcPr>
            <w:tcW w:type="dxa" w:w="20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Équipe e ruolo</w:t>
            </w:r>
          </w:p>
        </w:tc>
        <w:tc>
          <w:tcPr>
            <w:tcW w:type="dxa" w:w="22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Attività/utenza</w:t>
            </w:r>
          </w:p>
        </w:tc>
        <w:tc>
          <w:tcPr>
            <w:tcW w:type="dxa" w:w="20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Risultati o prodotti</w:t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Rif.</w:t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58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0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2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0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58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0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2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0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58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0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2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0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58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0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2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0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58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0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2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0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Punteggio Commissione B.3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________ / 5</w:t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TOTALE SEZIONE B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________ / 25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C) ATTIVITÀ DIDATTICA – massimo 20 punti</w:t>
      </w:r>
    </w:p>
    <w:p>
      <w:pPr>
        <w:pStyle w:val="Heading2"/>
        <w:keepNext/>
      </w:pPr>
      <w:r>
        <w:t>C.1 – Docenza universitaria o AFAM nella disciplina o in ambiti affini (fino a 10 punti)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>
        <w:trPr>
          <w:tblHeader w:val="true"/>
          <w:cantSplit/>
        </w:trPr>
        <w:tc>
          <w:tcPr>
            <w:tcW w:type="dxa" w:w="3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N.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Istituzione</w:t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Insegnamento/SSD-SAD</w:t>
            </w:r>
          </w:p>
        </w:tc>
        <w:tc>
          <w:tcPr>
            <w:tcW w:type="dxa" w:w="153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Corso</w:t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A.A./periodo</w:t>
            </w:r>
          </w:p>
        </w:tc>
        <w:tc>
          <w:tcPr>
            <w:tcW w:type="dxa" w:w="85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Ore/CFU-CFA</w:t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Contratto</w:t>
            </w:r>
          </w:p>
        </w:tc>
        <w:tc>
          <w:tcPr>
            <w:tcW w:type="dxa" w:w="62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Rif.</w:t>
            </w:r>
          </w:p>
        </w:tc>
      </w:tr>
      <w:tr>
        <w:trPr>
          <w:cantSplit/>
        </w:trPr>
        <w:tc>
          <w:tcPr>
            <w:tcW w:type="dxa" w:w="3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53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85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2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53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85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2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53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85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2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53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85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2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53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85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2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53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85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2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Punteggio Commissione C.1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________ / 10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C.2 – Docenza in master, scuole di specializzazione o corsi specialistici (fino a 5 punti)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blHeader w:val="true"/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N.</w:t>
            </w:r>
          </w:p>
        </w:tc>
        <w:tc>
          <w:tcPr>
            <w:tcW w:type="dxa" w:w="158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Istituzione</w:t>
            </w:r>
          </w:p>
        </w:tc>
        <w:tc>
          <w:tcPr>
            <w:tcW w:type="dxa" w:w="192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Corso/percorso</w:t>
            </w:r>
          </w:p>
        </w:tc>
        <w:tc>
          <w:tcPr>
            <w:tcW w:type="dxa" w:w="232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Argomento</w:t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Periodo</w:t>
            </w:r>
          </w:p>
        </w:tc>
        <w:tc>
          <w:tcPr>
            <w:tcW w:type="dxa" w:w="85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Ore</w:t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Rif.</w:t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58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92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32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85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58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92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32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85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58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92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32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85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58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92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32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85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58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92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32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85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Punteggio Commissione C.2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________ / 5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C.3 – Attività seminariale, tutoraggio e formazione professionale (fino a 5 punti)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blHeader w:val="true"/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N.</w:t>
            </w:r>
          </w:p>
        </w:tc>
        <w:tc>
          <w:tcPr>
            <w:tcW w:type="dxa" w:w="158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Ente</w:t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Tipologia/tema</w:t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Destinatari</w:t>
            </w:r>
          </w:p>
        </w:tc>
        <w:tc>
          <w:tcPr>
            <w:tcW w:type="dxa" w:w="136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Data/periodo</w:t>
            </w:r>
          </w:p>
        </w:tc>
        <w:tc>
          <w:tcPr>
            <w:tcW w:type="dxa" w:w="73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Ore</w:t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Rif.</w:t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58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36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73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58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36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73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58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36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73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58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36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73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58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36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73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Punteggio Commissione C.3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________ / 5</w:t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TOTALE SEZIONE C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________ / 20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D) PRODUZIONE SCIENTIFICA E RICERCA – massimo 25 punti</w:t>
      </w:r>
    </w:p>
    <w:p>
      <w:pPr>
        <w:pStyle w:val="Heading2"/>
        <w:keepNext/>
      </w:pPr>
      <w:r>
        <w:t>D.1 – Pubblicazioni scientifiche su riviste nazionali o internazionali (fino a 10 punti)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blHeader w:val="true"/>
          <w:cantSplit/>
        </w:trPr>
        <w:tc>
          <w:tcPr>
            <w:tcW w:type="dxa" w:w="3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N.</w:t>
            </w:r>
          </w:p>
        </w:tc>
        <w:tc>
          <w:tcPr>
            <w:tcW w:type="dxa" w:w="24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Autore/i e titolo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Rivista/editore</w:t>
            </w:r>
          </w:p>
        </w:tc>
        <w:tc>
          <w:tcPr>
            <w:tcW w:type="dxa" w:w="119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Anno, vol., pp.</w:t>
            </w:r>
          </w:p>
        </w:tc>
        <w:tc>
          <w:tcPr>
            <w:tcW w:type="dxa" w:w="119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DOI/ISSN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Indicizzazione/peer review</w:t>
            </w:r>
          </w:p>
        </w:tc>
        <w:tc>
          <w:tcPr>
            <w:tcW w:type="dxa" w:w="62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Rif.</w:t>
            </w:r>
          </w:p>
        </w:tc>
      </w:tr>
      <w:tr>
        <w:trPr>
          <w:cantSplit/>
        </w:trPr>
        <w:tc>
          <w:tcPr>
            <w:tcW w:type="dxa" w:w="3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4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9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9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2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4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9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9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2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4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9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9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2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4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9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9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2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4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9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9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2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4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9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9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2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49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9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9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2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Punteggio Commissione D.1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________ / 10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D.2 – Monografie, capitoli di libro o altri contributi scientifici (fino a 5 punti)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blHeader w:val="true"/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N.</w:t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Autore/i e titolo</w:t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Tipologia</w:t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Editore/volume</w:t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Anno/pagine</w:t>
            </w:r>
          </w:p>
        </w:tc>
        <w:tc>
          <w:tcPr>
            <w:tcW w:type="dxa" w:w="119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ISBN/DOI</w:t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Rif.</w:t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9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9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9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9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9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Punteggio Commissione D.2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________ / 5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D.3 – Partecipazione a progetti di ricerca (fino a 5 punti)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blHeader w:val="true"/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N.</w:t>
            </w:r>
          </w:p>
        </w:tc>
        <w:tc>
          <w:tcPr>
            <w:tcW w:type="dxa" w:w="215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Progetto/ente finanziatore</w:t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Ruolo</w:t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Periodo</w:t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Responsabile/partner</w:t>
            </w:r>
          </w:p>
        </w:tc>
        <w:tc>
          <w:tcPr>
            <w:tcW w:type="dxa" w:w="22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Risultati/prodotti</w:t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Rif.</w:t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15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2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15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2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15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2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15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2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15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24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7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2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Punteggio Commissione D.3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________ / 5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D.4 – Relazioni a congressi, convegni e attività scientifiche documentate (fino a 5 punti)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blHeader w:val="true"/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N.</w:t>
            </w:r>
          </w:p>
        </w:tc>
        <w:tc>
          <w:tcPr>
            <w:tcW w:type="dxa" w:w="243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Titolo relazione/attività</w:t>
            </w:r>
          </w:p>
        </w:tc>
        <w:tc>
          <w:tcPr>
            <w:tcW w:type="dxa" w:w="17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Evento/ente</w:t>
            </w:r>
          </w:p>
        </w:tc>
        <w:tc>
          <w:tcPr>
            <w:tcW w:type="dxa" w:w="136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Luogo e data</w:t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Ruolo</w:t>
            </w:r>
          </w:p>
        </w:tc>
        <w:tc>
          <w:tcPr>
            <w:tcW w:type="dxa" w:w="187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Rilevanza</w:t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Rif.</w:t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43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7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36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87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43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7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36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87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43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7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36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87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43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7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36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87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43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7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36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87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43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7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36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87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Punteggio Commissione D.4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________ / 5</w:t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TOTALE SEZIONE D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________ / 25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E) ULTERIORI TITOLI PERTINENTI – massimo 10 punti</w:t>
      </w:r>
    </w:p>
    <w:p>
      <w:pPr>
        <w:pStyle w:val="Heading2"/>
        <w:keepNext/>
      </w:pPr>
      <w:r>
        <w:t>E.1 – Incarichi istituzionali, commissioni scientifiche, coordinamento e ulteriori esperienze professionali coerenti (fino a 10 punti)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blHeader w:val="true"/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N.</w:t>
            </w:r>
          </w:p>
        </w:tc>
        <w:tc>
          <w:tcPr>
            <w:tcW w:type="dxa" w:w="153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Ente</w:t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Incarico/esperienza</w:t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Periodo</w:t>
            </w:r>
          </w:p>
        </w:tc>
        <w:tc>
          <w:tcPr>
            <w:tcW w:type="dxa" w:w="209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Funzioni e responsabilità</w:t>
            </w:r>
          </w:p>
        </w:tc>
        <w:tc>
          <w:tcPr>
            <w:tcW w:type="dxa" w:w="232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Coerenza con MED/39/musicoterapia</w:t>
            </w:r>
          </w:p>
        </w:tc>
        <w:tc>
          <w:tcPr>
            <w:tcW w:type="dxa" w:w="62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Rif.</w:t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53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09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32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2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53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09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32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2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53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09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32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2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53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09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32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2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53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09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32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2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53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81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113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09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232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  <w:tc>
          <w:tcPr>
            <w:tcW w:type="dxa" w:w="62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TOTALE SEZIONE E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________ / 10</w:t>
            </w:r>
          </w:p>
        </w:tc>
      </w:tr>
    </w:tbl>
    <w:p>
      <w:pPr>
        <w:spacing w:after="0"/>
      </w:pPr>
    </w:p>
    <w:p>
      <w:pPr>
        <w:pStyle w:val="Heading1"/>
      </w:pPr>
      <w:r>
        <w:t>6. CONTRIBUTO AGLI OBIETTIVI FORMATIVI DEL CORSO</w:t>
      </w:r>
    </w:p>
    <w:p>
      <w:pPr>
        <w:spacing w:before="40" w:after="100"/>
      </w:pPr>
      <w:r>
        <w:rPr>
          <w:i/>
          <w:color w:val="666666"/>
          <w:sz w:val="17"/>
        </w:rPr>
        <w:t>Sintetizzare la coerenza complessiva del profilo con MED/39 e il contributo che si intende offrire al Corso di Musicoterapia. La presente dichiarazione non costituisce una categoria autonoma di punteggio, ma agevola la valutazione comparativa del curriculum secondo il bando.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Esperienza clinica e scientifica maggiormente rilevante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br/>
              <w:br/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Possibile integrazione tra Neuropsichiatria Infantile e Musicoterapia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br/>
              <w:br/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Approccio didattico e obiettivi formativi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br/>
              <w:br/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Esperienza interdisciplinare e capacità di collaborazione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br/>
              <w:br/>
            </w:r>
          </w:p>
        </w:tc>
      </w:tr>
    </w:tbl>
    <w:p>
      <w:pPr>
        <w:spacing w:after="0"/>
      </w:pPr>
    </w:p>
    <w:p>
      <w:pPr>
        <w:pStyle w:val="Heading1"/>
      </w:pPr>
      <w:r>
        <w:t>7. RIEPILOGO DEI PUNTEGGI – RISERVATO ALLA COMMISSIONE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cantSplit/>
        </w:trPr>
        <w:tc>
          <w:tcPr>
            <w:tcW w:type="dxa" w:w="56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Sezione</w:t>
            </w:r>
          </w:p>
        </w:tc>
        <w:tc>
          <w:tcPr>
            <w:tcW w:type="dxa" w:w="17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Massimo</w:t>
            </w:r>
          </w:p>
        </w:tc>
        <w:tc>
          <w:tcPr>
            <w:tcW w:type="dxa" w:w="22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1F4E78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Punteggio attribuito</w:t>
            </w:r>
          </w:p>
        </w:tc>
      </w:tr>
      <w:tr>
        <w:trPr>
          <w:cantSplit/>
        </w:trPr>
        <w:tc>
          <w:tcPr>
            <w:tcW w:type="dxa" w:w="56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A – Titoli accademici e formazione superiore</w:t>
            </w:r>
          </w:p>
        </w:tc>
        <w:tc>
          <w:tcPr>
            <w:tcW w:type="dxa" w:w="17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20</w:t>
            </w:r>
          </w:p>
        </w:tc>
        <w:tc>
          <w:tcPr>
            <w:tcW w:type="dxa" w:w="22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56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B – Esperienza clinica e professionale</w:t>
            </w:r>
          </w:p>
        </w:tc>
        <w:tc>
          <w:tcPr>
            <w:tcW w:type="dxa" w:w="17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25</w:t>
            </w:r>
          </w:p>
        </w:tc>
        <w:tc>
          <w:tcPr>
            <w:tcW w:type="dxa" w:w="22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56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C – Attività didattica</w:t>
            </w:r>
          </w:p>
        </w:tc>
        <w:tc>
          <w:tcPr>
            <w:tcW w:type="dxa" w:w="17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20</w:t>
            </w:r>
          </w:p>
        </w:tc>
        <w:tc>
          <w:tcPr>
            <w:tcW w:type="dxa" w:w="22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56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D – Produzione scientifica e ricerca</w:t>
            </w:r>
          </w:p>
        </w:tc>
        <w:tc>
          <w:tcPr>
            <w:tcW w:type="dxa" w:w="17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25</w:t>
            </w:r>
          </w:p>
        </w:tc>
        <w:tc>
          <w:tcPr>
            <w:tcW w:type="dxa" w:w="22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56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E – Ulteriori titoli pertinenti</w:t>
            </w:r>
          </w:p>
        </w:tc>
        <w:tc>
          <w:tcPr>
            <w:tcW w:type="dxa" w:w="17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10</w:t>
            </w:r>
          </w:p>
        </w:tc>
        <w:tc>
          <w:tcPr>
            <w:tcW w:type="dxa" w:w="22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56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AF7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/>
                <w:b/>
                <w:sz w:val="18"/>
              </w:rPr>
              <w:t>TOTALE</w:t>
            </w:r>
          </w:p>
        </w:tc>
        <w:tc>
          <w:tcPr>
            <w:tcW w:type="dxa" w:w="17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AF7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100</w:t>
            </w:r>
          </w:p>
        </w:tc>
        <w:tc>
          <w:tcPr>
            <w:tcW w:type="dxa" w:w="226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EAF7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/>
                <w:b/>
                <w:sz w:val="18"/>
              </w:rPr>
            </w:r>
          </w:p>
        </w:tc>
      </w:tr>
    </w:tbl>
    <w:p>
      <w:pPr>
        <w:pStyle w:val="Heading1"/>
      </w:pPr>
      <w:r>
        <w:t>8. DOCUMENTAZIONE ALLEGATA</w:t>
      </w:r>
    </w:p>
    <w:p>
      <w:pPr>
        <w:spacing w:after="60"/>
        <w:ind w:left="85"/>
      </w:pPr>
      <w:r>
        <w:rPr>
          <w:rFonts w:ascii="Arial" w:hAnsi="Arial"/>
          <w:sz w:val="19"/>
        </w:rPr>
        <w:t>☐  curriculum vitae datato e sottoscritto, contenente esclusivamente o distinguendo chiaramente i titoli pertinenti;</w:t>
      </w:r>
    </w:p>
    <w:p>
      <w:pPr>
        <w:spacing w:after="60"/>
        <w:ind w:left="85"/>
      </w:pPr>
      <w:r>
        <w:rPr>
          <w:rFonts w:ascii="Arial" w:hAnsi="Arial"/>
          <w:sz w:val="19"/>
        </w:rPr>
        <w:t>☐  copia di un documento di identità in corso di validità;</w:t>
      </w:r>
    </w:p>
    <w:p>
      <w:pPr>
        <w:spacing w:after="60"/>
        <w:ind w:left="85"/>
      </w:pPr>
      <w:r>
        <w:rPr>
          <w:rFonts w:ascii="Arial" w:hAnsi="Arial"/>
          <w:sz w:val="19"/>
        </w:rPr>
        <w:t>☐  elenco analitico e numerato delle pubblicazioni e degli altri prodotti scientifici;</w:t>
      </w:r>
    </w:p>
    <w:p>
      <w:pPr>
        <w:spacing w:after="60"/>
        <w:ind w:left="85"/>
      </w:pPr>
      <w:r>
        <w:rPr>
          <w:rFonts w:ascii="Arial" w:hAnsi="Arial"/>
          <w:sz w:val="19"/>
        </w:rPr>
        <w:t>☐  copia delle pubblicazioni o collegamenti stabili per la loro consultazione, secondo quanto previsto dal bando;</w:t>
      </w:r>
    </w:p>
    <w:p>
      <w:pPr>
        <w:spacing w:after="60"/>
        <w:ind w:left="85"/>
      </w:pPr>
      <w:r>
        <w:rPr>
          <w:rFonts w:ascii="Arial" w:hAnsi="Arial"/>
          <w:sz w:val="19"/>
        </w:rPr>
        <w:t>☐  documentazione o dichiarazioni sostitutive relative ai titoli accademici e formativi;</w:t>
      </w:r>
    </w:p>
    <w:p>
      <w:pPr>
        <w:spacing w:after="60"/>
        <w:ind w:left="85"/>
      </w:pPr>
      <w:r>
        <w:rPr>
          <w:rFonts w:ascii="Arial" w:hAnsi="Arial"/>
          <w:sz w:val="19"/>
        </w:rPr>
        <w:t>☐  documentazione o dichiarazioni sostitutive relative all’attività clinica e professionale;</w:t>
      </w:r>
    </w:p>
    <w:p>
      <w:pPr>
        <w:spacing w:after="60"/>
        <w:ind w:left="85"/>
      </w:pPr>
      <w:r>
        <w:rPr>
          <w:rFonts w:ascii="Arial" w:hAnsi="Arial"/>
          <w:sz w:val="19"/>
        </w:rPr>
        <w:t>☐  documentazione o dichiarazioni sostitutive relativa all’attività didattica;</w:t>
      </w:r>
    </w:p>
    <w:p>
      <w:pPr>
        <w:spacing w:after="60"/>
        <w:ind w:left="85"/>
      </w:pPr>
      <w:r>
        <w:rPr>
          <w:rFonts w:ascii="Arial" w:hAnsi="Arial"/>
          <w:sz w:val="19"/>
        </w:rPr>
        <w:t>☐  eventuali schede integrative delle sezioni A–E, numerate e sottoscritte;</w:t>
      </w:r>
    </w:p>
    <w:p>
      <w:pPr>
        <w:spacing w:after="60"/>
        <w:ind w:left="85"/>
      </w:pPr>
      <w:r>
        <w:rPr>
          <w:rFonts w:ascii="Arial" w:hAnsi="Arial"/>
          <w:sz w:val="19"/>
        </w:rPr>
        <w:t>☐  eventuale provvedimento di equipollenza/equivalenza o riconoscimento del titolo estero;</w:t>
      </w:r>
    </w:p>
    <w:p>
      <w:pPr>
        <w:spacing w:after="60"/>
        <w:ind w:left="85"/>
      </w:pPr>
      <w:r>
        <w:rPr>
          <w:rFonts w:ascii="Arial" w:hAnsi="Arial"/>
          <w:sz w:val="19"/>
        </w:rPr>
        <w:t>☐  altra documentazione pertinente, specificata di seguito.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Altri allegati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28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EEF5FA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sz w:val="18"/>
              </w:rPr>
              <w:t>Numero complessivo degli allegati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________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9. DICHIARAZIONE SOSTITUTIVA SUI TITOLI E SUGLI ALLEGATI</w:t>
      </w:r>
    </w:p>
    <w:p>
      <w:pPr>
        <w:jc w:val="both"/>
      </w:pPr>
      <w:r>
        <w:t>Il/La sottoscritto/a dichiara, ai sensi degli articoli 46 e 47 del D.P.R. n. 445/2000, che tutte le informazioni contenute nella presente domanda, nel curriculum vitae, nelle schede integrative e negli elenchi allegati corrispondono al vero; che le copie prodotte sono conformi agli originali in suo possesso; che le pubblicazioni e i prodotti dichiarati sono autentici e correttamente attribuiti; che i servizi e gli incarichi indicati sono stati effettivamente svolti nei periodi e con le funzioni dichiarate.</w:t>
      </w:r>
    </w:p>
    <w:p>
      <w:pPr>
        <w:jc w:val="both"/>
      </w:pPr>
      <w:r>
        <w:t>Prende atto che saranno valutati esclusivamente i titoli pertinenti, dichiarati in modo completo e verificabile entro il termine di scadenza della procedura, e che il Conservatorio potrà richiedere chiarimenti o documentazione ai fini dei controlli previsti dall’articolo 71 del D.P.R. n. 445/2000.</w:t>
      </w:r>
    </w:p>
    <w:p>
      <w:pPr>
        <w:pStyle w:val="Heading1"/>
      </w:pPr>
      <w:r>
        <w:t>10. DICHIARAZIONI FINALI</w:t>
      </w:r>
    </w:p>
    <w:p>
      <w:pPr>
        <w:spacing w:after="60"/>
        <w:ind w:left="85"/>
      </w:pPr>
      <w:r>
        <w:rPr>
          <w:rFonts w:ascii="Arial" w:hAnsi="Arial"/>
          <w:sz w:val="19"/>
        </w:rPr>
        <w:t>☐  di aver preso visione integrale del bando e di accettarne senza riserva tutte le condizioni;</w:t>
      </w:r>
    </w:p>
    <w:p>
      <w:pPr>
        <w:spacing w:after="60"/>
        <w:ind w:left="85"/>
      </w:pPr>
      <w:r>
        <w:rPr>
          <w:rFonts w:ascii="Arial" w:hAnsi="Arial"/>
          <w:sz w:val="19"/>
        </w:rPr>
        <w:t>☐  di essere consapevole che la procedura è finalizzata alla formazione di una graduatoria d’Istituto e che l’inserimento in graduatoria non attribuisce alcun diritto al conferimento dell’incarico;</w:t>
      </w:r>
    </w:p>
    <w:p>
      <w:pPr>
        <w:spacing w:after="60"/>
        <w:ind w:left="85"/>
      </w:pPr>
      <w:r>
        <w:rPr>
          <w:rFonts w:ascii="Arial" w:hAnsi="Arial"/>
          <w:sz w:val="19"/>
        </w:rPr>
        <w:t>☐  di autorizzare il Conservatorio a utilizzare la PEC indicata per tutte le comunicazioni inerenti alla procedura;</w:t>
      </w:r>
    </w:p>
    <w:p>
      <w:pPr>
        <w:spacing w:after="60"/>
        <w:ind w:left="85"/>
      </w:pPr>
      <w:r>
        <w:rPr>
          <w:rFonts w:ascii="Arial" w:hAnsi="Arial"/>
          <w:sz w:val="19"/>
        </w:rPr>
        <w:t>☐  di essere consapevole che l’eventuale incarico è subordinato alle effettive esigenze didattiche, organizzative e finanziarie, alla verifica dei requisiti e alla compatibilità con la normativa vigente;</w:t>
      </w:r>
    </w:p>
    <w:p>
      <w:pPr>
        <w:spacing w:after="60"/>
        <w:ind w:left="85"/>
      </w:pPr>
      <w:r>
        <w:rPr>
          <w:rFonts w:ascii="Arial" w:hAnsi="Arial"/>
          <w:sz w:val="19"/>
        </w:rPr>
        <w:t>☐  di impegnarsi, in caso di conferimento, a comunicare ogni situazione di incompatibilità o conflitto di interessi e a produrre le dichiarazioni richieste dalla normativa applicabile.</w:t>
      </w:r>
    </w:p>
    <w:p>
      <w:pPr>
        <w:pStyle w:val="Heading1"/>
      </w:pPr>
      <w:r>
        <w:t>11. TRATTAMENTO DEI DATI PERSONALI</w:t>
      </w:r>
    </w:p>
    <w:p>
      <w:pPr>
        <w:jc w:val="both"/>
      </w:pPr>
      <w:r>
        <w:t>Il/La sottoscritto/a dichiara di aver preso visione dell’informativa sul trattamento dei dati personali resa dal Conservatorio ai sensi del Regolamento (UE) 2016/679 e della normativa nazionale vigente e prende atto che i dati forniti saranno trattati esclusivamente per le finalità connesse alla procedura e agli eventuali adempimenti conseguenti.</w:t>
      </w:r>
    </w:p>
    <w:p>
      <w:r>
        <w:br/>
        <w:t>Luogo e data: __________________________________________</w:t>
      </w:r>
    </w:p>
    <w:p>
      <w:pPr>
        <w:jc w:val="right"/>
      </w:pPr>
      <w:r>
        <w:rPr>
          <w:b/>
        </w:rPr>
        <w:t>Firma del/della candidato/a</w:t>
        <w:br/>
        <w:br/>
        <w:t>__________________________________________</w:t>
      </w:r>
    </w:p>
    <w:p>
      <w:pPr>
        <w:spacing w:before="40" w:after="100"/>
      </w:pPr>
      <w:r>
        <w:rPr>
          <w:i/>
          <w:color w:val="666666"/>
          <w:sz w:val="17"/>
        </w:rPr>
        <w:t>La firma deve essere apposta secondo le modalità indicate nel bando. Allegare copia di un documento di identità quando necessaria ai fini della validità delle dichiarazioni sostitutive.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64" w:right="1020" w:bottom="964" w:left="102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5"/>
      </w:rPr>
      <w:t>Procedura comparativa MED/39 – Domanda di partecipazione e dichiarazione dei titoli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F4E78"/>
        <w:sz w:val="16"/>
      </w:rPr>
      <w:t>CONSERVATORIO STATALE DI MUSICA “DOMENICO CIMAROSA” – AVELLINO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F4E78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1F4E78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 MED/39 – Neuropsichiatria infantile</dc:title>
  <dc:subject>Procedura comparativa pubblica per titoli – DCSL72 Musicoterapia – A.A. 2026/2027 e 2027/2028</dc:subject>
  <dc:creator>Conservatorio Statale di Musica “Domenico Cimarosa” – Avellino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